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BC8034" w14:textId="77777777" w:rsidR="00BB38FC" w:rsidRPr="00BB38FC" w:rsidRDefault="00BB38FC" w:rsidP="00BB38FC">
      <w:pPr>
        <w:pStyle w:val="Heading2"/>
        <w:rPr>
          <w:color w:val="000000" w:themeColor="text1"/>
          <w:sz w:val="30"/>
          <w:szCs w:val="30"/>
        </w:rPr>
      </w:pPr>
      <w:r w:rsidRPr="00BB38FC">
        <w:rPr>
          <w:color w:val="000000" w:themeColor="text1"/>
          <w:sz w:val="30"/>
          <w:szCs w:val="30"/>
        </w:rPr>
        <w:t>IACS Dissertation Prize 2027</w:t>
      </w:r>
    </w:p>
    <w:p w14:paraId="133E6A98" w14:textId="6B681B9B" w:rsidR="00BB38FC" w:rsidRPr="00BB38FC" w:rsidRDefault="00BB38FC" w:rsidP="00BB38FC">
      <w:pPr>
        <w:rPr>
          <w:b/>
          <w:bCs/>
        </w:rPr>
      </w:pPr>
      <w:r w:rsidRPr="00BB38FC">
        <w:rPr>
          <w:b/>
          <w:bCs/>
        </w:rPr>
        <w:t>Call for Applications</w:t>
      </w:r>
    </w:p>
    <w:p w14:paraId="240F38AC" w14:textId="3508CFFF" w:rsidR="0009514E" w:rsidRPr="00BB38FC" w:rsidRDefault="00000000">
      <w:pPr>
        <w:pStyle w:val="Heading2"/>
        <w:rPr>
          <w:color w:val="000000" w:themeColor="text1"/>
          <w:sz w:val="22"/>
          <w:szCs w:val="22"/>
        </w:rPr>
      </w:pPr>
      <w:r w:rsidRPr="00BB38FC">
        <w:rPr>
          <w:color w:val="000000" w:themeColor="text1"/>
          <w:sz w:val="22"/>
          <w:szCs w:val="22"/>
        </w:rPr>
        <w:t>1. Eligibility and Instructions</w:t>
      </w:r>
    </w:p>
    <w:p w14:paraId="19D64C67" w14:textId="53CE0EB0" w:rsidR="005F0709" w:rsidRPr="00BB38FC" w:rsidRDefault="00000000" w:rsidP="005F0709">
      <w:pPr>
        <w:rPr>
          <w:color w:val="000000" w:themeColor="text1"/>
        </w:rPr>
      </w:pPr>
      <w:r w:rsidRPr="00BB38FC">
        <w:rPr>
          <w:color w:val="000000" w:themeColor="text1"/>
        </w:rPr>
        <w:t xml:space="preserve">Applicants must have submitted the final version of their PhD dissertation to their institution between </w:t>
      </w:r>
      <w:r w:rsidRPr="00BB38FC">
        <w:rPr>
          <w:b/>
          <w:bCs/>
          <w:color w:val="000000" w:themeColor="text1"/>
        </w:rPr>
        <w:t xml:space="preserve">1 </w:t>
      </w:r>
      <w:r w:rsidR="00CD1E68" w:rsidRPr="00BB38FC">
        <w:rPr>
          <w:b/>
          <w:bCs/>
          <w:color w:val="000000" w:themeColor="text1"/>
        </w:rPr>
        <w:t xml:space="preserve">May </w:t>
      </w:r>
      <w:r w:rsidR="00493154" w:rsidRPr="00BB38FC">
        <w:rPr>
          <w:b/>
          <w:bCs/>
          <w:color w:val="000000" w:themeColor="text1"/>
        </w:rPr>
        <w:t>2025</w:t>
      </w:r>
      <w:r w:rsidRPr="00BB38FC">
        <w:rPr>
          <w:b/>
          <w:bCs/>
          <w:color w:val="000000" w:themeColor="text1"/>
        </w:rPr>
        <w:t xml:space="preserve"> and 31 December 2026</w:t>
      </w:r>
      <w:r w:rsidRPr="00BB38FC">
        <w:rPr>
          <w:color w:val="000000" w:themeColor="text1"/>
        </w:rPr>
        <w:t xml:space="preserve">, after completing all dissertation examination requirements, including the defence/viva and any required revisions. </w:t>
      </w:r>
      <w:r w:rsidR="002606E9" w:rsidRPr="00BB38FC">
        <w:rPr>
          <w:color w:val="000000" w:themeColor="text1"/>
        </w:rPr>
        <w:t xml:space="preserve">The eligibility period refers to the submission of the final dissertation, not the conferral of the PhD degree. </w:t>
      </w:r>
    </w:p>
    <w:p w14:paraId="0754C387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Dissertations</w:t>
      </w:r>
      <w:r w:rsidR="00493154" w:rsidRPr="00BB38FC">
        <w:rPr>
          <w:color w:val="000000" w:themeColor="text1"/>
        </w:rPr>
        <w:t xml:space="preserve"> must be</w:t>
      </w:r>
      <w:r w:rsidRPr="00BB38FC">
        <w:rPr>
          <w:color w:val="000000" w:themeColor="text1"/>
        </w:rPr>
        <w:t xml:space="preserve"> written in English</w:t>
      </w:r>
      <w:r w:rsidR="00493154" w:rsidRPr="00BB38FC">
        <w:rPr>
          <w:color w:val="000000" w:themeColor="text1"/>
        </w:rPr>
        <w:t xml:space="preserve">. </w:t>
      </w:r>
    </w:p>
    <w:p w14:paraId="59DDC751" w14:textId="77777777" w:rsidR="0009514E" w:rsidRPr="00BB38FC" w:rsidRDefault="00000000" w:rsidP="00BB38FC">
      <w:pPr>
        <w:spacing w:after="0"/>
        <w:rPr>
          <w:color w:val="000000" w:themeColor="text1"/>
        </w:rPr>
      </w:pPr>
      <w:r w:rsidRPr="00BB38FC">
        <w:rPr>
          <w:color w:val="000000" w:themeColor="text1"/>
        </w:rPr>
        <w:t>Email the following documents to iacsdissaward2027@gmail.com by 31 January 2027:</w:t>
      </w:r>
    </w:p>
    <w:p w14:paraId="2C344DE3" w14:textId="6D662400" w:rsidR="0009514E" w:rsidRPr="00BB38FC" w:rsidRDefault="00000000" w:rsidP="00BB38FC">
      <w:pPr>
        <w:pStyle w:val="ListNumber"/>
        <w:spacing w:after="0"/>
        <w:rPr>
          <w:color w:val="000000" w:themeColor="text1"/>
        </w:rPr>
      </w:pPr>
      <w:r w:rsidRPr="00BB38FC">
        <w:rPr>
          <w:color w:val="000000" w:themeColor="text1"/>
        </w:rPr>
        <w:t>This completed application form, including the supporting statement</w:t>
      </w:r>
      <w:r w:rsidR="00A55250" w:rsidRPr="00BB38FC">
        <w:rPr>
          <w:color w:val="000000" w:themeColor="text1"/>
        </w:rPr>
        <w:t xml:space="preserve"> and a statement declaring whether AI tools were used in preparing the dissertation.</w:t>
      </w:r>
    </w:p>
    <w:p w14:paraId="6D9CC0AC" w14:textId="77777777" w:rsidR="00F1271C" w:rsidRPr="00BB38FC" w:rsidRDefault="00F1271C">
      <w:pPr>
        <w:pStyle w:val="ListNumber"/>
        <w:rPr>
          <w:color w:val="000000" w:themeColor="text1"/>
        </w:rPr>
      </w:pPr>
      <w:r w:rsidRPr="00BB38FC">
        <w:rPr>
          <w:color w:val="000000" w:themeColor="text1"/>
        </w:rPr>
        <w:t>An abstract of no more than 300 words.</w:t>
      </w:r>
    </w:p>
    <w:p w14:paraId="31988411" w14:textId="77777777" w:rsidR="0009514E" w:rsidRPr="00BB38FC" w:rsidRDefault="00000000">
      <w:pPr>
        <w:pStyle w:val="ListNumber"/>
        <w:rPr>
          <w:color w:val="000000" w:themeColor="text1"/>
        </w:rPr>
      </w:pPr>
      <w:r w:rsidRPr="00BB38FC">
        <w:rPr>
          <w:color w:val="000000" w:themeColor="text1"/>
        </w:rPr>
        <w:t>The full dissertation in its final revised form.</w:t>
      </w:r>
    </w:p>
    <w:p w14:paraId="430F4423" w14:textId="5B7F8D48" w:rsidR="0009514E" w:rsidRPr="00BB38FC" w:rsidRDefault="00000000">
      <w:pPr>
        <w:pStyle w:val="ListNumber"/>
        <w:rPr>
          <w:color w:val="000000" w:themeColor="text1"/>
        </w:rPr>
      </w:pPr>
      <w:r w:rsidRPr="00BB38FC">
        <w:rPr>
          <w:color w:val="000000" w:themeColor="text1"/>
        </w:rPr>
        <w:t>A signed and dated letter from your PhD advisor or supervisor, confirming that the dissertation has been completed and submitted to your institution in its final form</w:t>
      </w:r>
      <w:r w:rsidR="00F1271C" w:rsidRPr="00BB38FC">
        <w:rPr>
          <w:color w:val="000000" w:themeColor="text1"/>
        </w:rPr>
        <w:t xml:space="preserve"> within the prize eligibility period.</w:t>
      </w:r>
    </w:p>
    <w:p w14:paraId="3BB5C2E4" w14:textId="77777777" w:rsidR="0009514E" w:rsidRPr="00BB38FC" w:rsidRDefault="00000000">
      <w:pPr>
        <w:pStyle w:val="Heading2"/>
        <w:rPr>
          <w:color w:val="000000" w:themeColor="text1"/>
          <w:sz w:val="22"/>
          <w:szCs w:val="22"/>
        </w:rPr>
      </w:pPr>
      <w:r w:rsidRPr="00BB38FC">
        <w:rPr>
          <w:color w:val="000000" w:themeColor="text1"/>
          <w:sz w:val="22"/>
          <w:szCs w:val="22"/>
        </w:rPr>
        <w:t>2. Applicant and Dissertation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9514E" w:rsidRPr="00BB38FC" w14:paraId="201EC038" w14:textId="77777777">
        <w:tc>
          <w:tcPr>
            <w:tcW w:w="4320" w:type="dxa"/>
          </w:tcPr>
          <w:p w14:paraId="470265F1" w14:textId="77777777" w:rsidR="0009514E" w:rsidRPr="00BB38FC" w:rsidRDefault="00000000" w:rsidP="00BB38FC">
            <w:pPr>
              <w:spacing w:before="80" w:line="360" w:lineRule="auto"/>
              <w:rPr>
                <w:b/>
                <w:bCs/>
                <w:color w:val="000000" w:themeColor="text1"/>
              </w:rPr>
            </w:pPr>
            <w:r w:rsidRPr="00BB38FC">
              <w:rPr>
                <w:b/>
                <w:bCs/>
                <w:color w:val="000000" w:themeColor="text1"/>
              </w:rPr>
              <w:t>Field</w:t>
            </w:r>
          </w:p>
        </w:tc>
        <w:tc>
          <w:tcPr>
            <w:tcW w:w="4320" w:type="dxa"/>
          </w:tcPr>
          <w:p w14:paraId="420DA278" w14:textId="77777777" w:rsidR="0009514E" w:rsidRPr="00BB38FC" w:rsidRDefault="00000000" w:rsidP="00BB38FC">
            <w:pPr>
              <w:spacing w:before="80" w:line="360" w:lineRule="auto"/>
              <w:rPr>
                <w:b/>
                <w:bCs/>
                <w:color w:val="000000" w:themeColor="text1"/>
              </w:rPr>
            </w:pPr>
            <w:r w:rsidRPr="00BB38FC">
              <w:rPr>
                <w:b/>
                <w:bCs/>
                <w:color w:val="000000" w:themeColor="text1"/>
              </w:rPr>
              <w:t>Applicant’s response</w:t>
            </w:r>
          </w:p>
        </w:tc>
      </w:tr>
      <w:tr w:rsidR="0009514E" w:rsidRPr="00BB38FC" w14:paraId="1F188E31" w14:textId="77777777">
        <w:tc>
          <w:tcPr>
            <w:tcW w:w="4320" w:type="dxa"/>
          </w:tcPr>
          <w:p w14:paraId="56C0EA07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Full name</w:t>
            </w:r>
          </w:p>
        </w:tc>
        <w:tc>
          <w:tcPr>
            <w:tcW w:w="4320" w:type="dxa"/>
          </w:tcPr>
          <w:p w14:paraId="41DEE589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082F7CB0" w14:textId="77777777">
        <w:tc>
          <w:tcPr>
            <w:tcW w:w="4320" w:type="dxa"/>
          </w:tcPr>
          <w:p w14:paraId="0C13A3FA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Email address</w:t>
            </w:r>
          </w:p>
        </w:tc>
        <w:tc>
          <w:tcPr>
            <w:tcW w:w="4320" w:type="dxa"/>
          </w:tcPr>
          <w:p w14:paraId="68866DCF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499BD05E" w14:textId="77777777">
        <w:tc>
          <w:tcPr>
            <w:tcW w:w="4320" w:type="dxa"/>
          </w:tcPr>
          <w:p w14:paraId="20CF214A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Degree-awarding institution</w:t>
            </w:r>
          </w:p>
        </w:tc>
        <w:tc>
          <w:tcPr>
            <w:tcW w:w="4320" w:type="dxa"/>
          </w:tcPr>
          <w:p w14:paraId="453CD3F2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2E366ACD" w14:textId="77777777">
        <w:tc>
          <w:tcPr>
            <w:tcW w:w="4320" w:type="dxa"/>
          </w:tcPr>
          <w:p w14:paraId="79957DBD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 xml:space="preserve">Department / </w:t>
            </w:r>
            <w:proofErr w:type="spellStart"/>
            <w:r w:rsidRPr="00BB38FC">
              <w:rPr>
                <w:color w:val="000000" w:themeColor="text1"/>
              </w:rPr>
              <w:t>programme</w:t>
            </w:r>
            <w:proofErr w:type="spellEnd"/>
          </w:p>
        </w:tc>
        <w:tc>
          <w:tcPr>
            <w:tcW w:w="4320" w:type="dxa"/>
          </w:tcPr>
          <w:p w14:paraId="7705A275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6401D113" w14:textId="77777777">
        <w:tc>
          <w:tcPr>
            <w:tcW w:w="4320" w:type="dxa"/>
          </w:tcPr>
          <w:p w14:paraId="78ABFD88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Current institutional affiliation, if different</w:t>
            </w:r>
          </w:p>
        </w:tc>
        <w:tc>
          <w:tcPr>
            <w:tcW w:w="4320" w:type="dxa"/>
          </w:tcPr>
          <w:p w14:paraId="792A3A0C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0D6519CF" w14:textId="77777777">
        <w:tc>
          <w:tcPr>
            <w:tcW w:w="4320" w:type="dxa"/>
          </w:tcPr>
          <w:p w14:paraId="34BEA357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Dissertation title</w:t>
            </w:r>
          </w:p>
        </w:tc>
        <w:tc>
          <w:tcPr>
            <w:tcW w:w="4320" w:type="dxa"/>
          </w:tcPr>
          <w:p w14:paraId="108D077E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1375EB7D" w14:textId="77777777">
        <w:tc>
          <w:tcPr>
            <w:tcW w:w="4320" w:type="dxa"/>
          </w:tcPr>
          <w:p w14:paraId="7A9BD40A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Dissertation language</w:t>
            </w:r>
          </w:p>
        </w:tc>
        <w:tc>
          <w:tcPr>
            <w:tcW w:w="4320" w:type="dxa"/>
          </w:tcPr>
          <w:p w14:paraId="47228C87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107AF16B" w14:textId="77777777">
        <w:tc>
          <w:tcPr>
            <w:tcW w:w="4320" w:type="dxa"/>
          </w:tcPr>
          <w:p w14:paraId="2DD7E916" w14:textId="597AE630" w:rsidR="0009514E" w:rsidRPr="00BB38FC" w:rsidRDefault="00000000" w:rsidP="000A52E8">
            <w:pPr>
              <w:spacing w:before="80" w:after="40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 xml:space="preserve">Date of final submission to the institution </w:t>
            </w:r>
            <w:r w:rsidR="000A52E8">
              <w:rPr>
                <w:color w:val="000000" w:themeColor="text1"/>
              </w:rPr>
              <w:br/>
            </w:r>
            <w:r w:rsidRPr="00BB38FC">
              <w:rPr>
                <w:color w:val="000000" w:themeColor="text1"/>
              </w:rPr>
              <w:t>(DD Month YYYY)</w:t>
            </w:r>
          </w:p>
        </w:tc>
        <w:tc>
          <w:tcPr>
            <w:tcW w:w="4320" w:type="dxa"/>
          </w:tcPr>
          <w:p w14:paraId="4F15C031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05A32333" w14:textId="77777777">
        <w:tc>
          <w:tcPr>
            <w:tcW w:w="4320" w:type="dxa"/>
          </w:tcPr>
          <w:p w14:paraId="578C52A3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PhD advisor’s / supervisor’s name</w:t>
            </w:r>
          </w:p>
        </w:tc>
        <w:tc>
          <w:tcPr>
            <w:tcW w:w="4320" w:type="dxa"/>
          </w:tcPr>
          <w:p w14:paraId="3D4B1CF8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751FA0CB" w14:textId="77777777">
        <w:tc>
          <w:tcPr>
            <w:tcW w:w="4320" w:type="dxa"/>
          </w:tcPr>
          <w:p w14:paraId="5E8A0B7B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Advisor’s / supervisor’s institution</w:t>
            </w:r>
          </w:p>
        </w:tc>
        <w:tc>
          <w:tcPr>
            <w:tcW w:w="4320" w:type="dxa"/>
          </w:tcPr>
          <w:p w14:paraId="70E7511C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  <w:tr w:rsidR="0009514E" w:rsidRPr="00BB38FC" w14:paraId="4BA7FFFB" w14:textId="77777777">
        <w:tc>
          <w:tcPr>
            <w:tcW w:w="4320" w:type="dxa"/>
          </w:tcPr>
          <w:p w14:paraId="5968953D" w14:textId="77777777" w:rsidR="0009514E" w:rsidRPr="00BB38FC" w:rsidRDefault="00000000" w:rsidP="00BB38FC">
            <w:pPr>
              <w:spacing w:before="80" w:line="360" w:lineRule="auto"/>
              <w:rPr>
                <w:color w:val="000000" w:themeColor="text1"/>
              </w:rPr>
            </w:pPr>
            <w:r w:rsidRPr="00BB38FC">
              <w:rPr>
                <w:color w:val="000000" w:themeColor="text1"/>
              </w:rPr>
              <w:t>Advisor’s / supervisor’s email address</w:t>
            </w:r>
          </w:p>
        </w:tc>
        <w:tc>
          <w:tcPr>
            <w:tcW w:w="4320" w:type="dxa"/>
          </w:tcPr>
          <w:p w14:paraId="1C322AFD" w14:textId="77777777" w:rsidR="0009514E" w:rsidRPr="00BB38FC" w:rsidRDefault="0009514E" w:rsidP="00BB38FC">
            <w:pPr>
              <w:spacing w:before="80" w:line="360" w:lineRule="auto"/>
              <w:rPr>
                <w:color w:val="000000" w:themeColor="text1"/>
              </w:rPr>
            </w:pPr>
          </w:p>
        </w:tc>
      </w:tr>
    </w:tbl>
    <w:p w14:paraId="2811F70B" w14:textId="1055450B" w:rsidR="0009514E" w:rsidRPr="00BB38FC" w:rsidRDefault="00000000" w:rsidP="00BB38FC">
      <w:pPr>
        <w:spacing w:line="360" w:lineRule="auto"/>
        <w:rPr>
          <w:b/>
          <w:bCs/>
          <w:color w:val="000000" w:themeColor="text1"/>
        </w:rPr>
      </w:pPr>
      <w:r w:rsidRPr="00BB38FC">
        <w:rPr>
          <w:color w:val="000000" w:themeColor="text1"/>
        </w:rPr>
        <w:br w:type="page"/>
      </w:r>
      <w:r w:rsidRPr="00BB38FC">
        <w:rPr>
          <w:b/>
          <w:bCs/>
          <w:color w:val="000000" w:themeColor="text1"/>
        </w:rPr>
        <w:lastRenderedPageBreak/>
        <w:t>3. Supporting Statement</w:t>
      </w:r>
    </w:p>
    <w:p w14:paraId="543F38BC" w14:textId="3234DD9C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 xml:space="preserve">In no more than </w:t>
      </w:r>
      <w:r w:rsidR="00B55F88" w:rsidRPr="00BB38FC">
        <w:rPr>
          <w:color w:val="000000" w:themeColor="text1"/>
        </w:rPr>
        <w:t>500 words</w:t>
      </w:r>
      <w:r w:rsidRPr="00BB38FC">
        <w:rPr>
          <w:color w:val="000000" w:themeColor="text1"/>
        </w:rPr>
        <w:t xml:space="preserve">, explain how your dissertation engages with Inter-Asia frameworks and methodologies to advance knowledge production about Asia at local, regional, and/or transnational </w:t>
      </w:r>
      <w:r w:rsidR="00F1271C" w:rsidRPr="00BB38FC">
        <w:rPr>
          <w:color w:val="000000" w:themeColor="text1"/>
        </w:rPr>
        <w:t>levels</w:t>
      </w:r>
      <w:r w:rsidRPr="00BB38FC">
        <w:rPr>
          <w:color w:val="000000" w:themeColor="text1"/>
        </w:rPr>
        <w:t>.</w:t>
      </w:r>
    </w:p>
    <w:p w14:paraId="1870790A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Your statement should address:</w:t>
      </w:r>
    </w:p>
    <w:p w14:paraId="2DE027F6" w14:textId="77777777" w:rsidR="0009514E" w:rsidRPr="00BB38FC" w:rsidRDefault="00000000">
      <w:pPr>
        <w:pStyle w:val="ListBullet"/>
        <w:rPr>
          <w:color w:val="000000" w:themeColor="text1"/>
        </w:rPr>
      </w:pPr>
      <w:r w:rsidRPr="00BB38FC">
        <w:rPr>
          <w:color w:val="000000" w:themeColor="text1"/>
        </w:rPr>
        <w:t>The dissertation’s central research question and principal contribution.</w:t>
      </w:r>
    </w:p>
    <w:p w14:paraId="0B69CC1B" w14:textId="77777777" w:rsidR="0009514E" w:rsidRPr="00BB38FC" w:rsidRDefault="00000000">
      <w:pPr>
        <w:pStyle w:val="ListBullet"/>
        <w:rPr>
          <w:color w:val="000000" w:themeColor="text1"/>
        </w:rPr>
      </w:pPr>
      <w:r w:rsidRPr="00BB38FC">
        <w:rPr>
          <w:color w:val="000000" w:themeColor="text1"/>
        </w:rPr>
        <w:t>Its engagement with Inter-Asia frameworks and methodologies.</w:t>
      </w:r>
    </w:p>
    <w:p w14:paraId="74C7E313" w14:textId="77777777" w:rsidR="0009514E" w:rsidRPr="00BB38FC" w:rsidRDefault="00000000">
      <w:pPr>
        <w:pStyle w:val="ListBullet"/>
        <w:rPr>
          <w:color w:val="000000" w:themeColor="text1"/>
        </w:rPr>
      </w:pPr>
      <w:r w:rsidRPr="00BB38FC">
        <w:rPr>
          <w:color w:val="000000" w:themeColor="text1"/>
        </w:rPr>
        <w:t>Its contribution to knowledge production about Asia at the scales most relevant to your research.</w:t>
      </w:r>
    </w:p>
    <w:p w14:paraId="2900903C" w14:textId="4F637E49" w:rsidR="00B55F88" w:rsidRPr="00BB38FC" w:rsidRDefault="00B55F88" w:rsidP="00B55F88">
      <w:pPr>
        <w:rPr>
          <w:color w:val="000000" w:themeColor="text1"/>
          <w:lang w:val="en-MY"/>
        </w:rPr>
      </w:pPr>
      <w:r w:rsidRPr="00BB38FC">
        <w:rPr>
          <w:color w:val="000000" w:themeColor="text1"/>
        </w:rPr>
        <w:t xml:space="preserve">Enter your statement below. </w:t>
      </w:r>
      <w:r w:rsidRPr="00BB38FC">
        <w:rPr>
          <w:color w:val="000000" w:themeColor="text1"/>
          <w:lang w:val="en-MY"/>
        </w:rPr>
        <w:t xml:space="preserve"> You may expand this section as needed, up to the 500-word limit.</w:t>
      </w:r>
    </w:p>
    <w:p w14:paraId="335F43BE" w14:textId="43463689" w:rsidR="0009514E" w:rsidRPr="00BB38FC" w:rsidRDefault="0009514E">
      <w:pPr>
        <w:rPr>
          <w:color w:val="000000" w:themeColor="text1"/>
        </w:rPr>
      </w:pPr>
    </w:p>
    <w:p w14:paraId="68B6A2F8" w14:textId="77777777" w:rsidR="0009514E" w:rsidRPr="00BB38FC" w:rsidRDefault="0009514E">
      <w:pPr>
        <w:rPr>
          <w:color w:val="000000" w:themeColor="text1"/>
        </w:rPr>
      </w:pPr>
    </w:p>
    <w:p w14:paraId="4196E0DB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br w:type="page"/>
      </w:r>
    </w:p>
    <w:p w14:paraId="543D0674" w14:textId="77777777" w:rsidR="0009514E" w:rsidRPr="00BB38FC" w:rsidRDefault="00000000">
      <w:pPr>
        <w:pStyle w:val="Heading2"/>
        <w:rPr>
          <w:color w:val="000000" w:themeColor="text1"/>
          <w:sz w:val="22"/>
          <w:szCs w:val="22"/>
        </w:rPr>
      </w:pPr>
      <w:r w:rsidRPr="00BB38FC">
        <w:rPr>
          <w:color w:val="000000" w:themeColor="text1"/>
          <w:sz w:val="22"/>
          <w:szCs w:val="22"/>
        </w:rPr>
        <w:lastRenderedPageBreak/>
        <w:t>4. Applicant Declaration</w:t>
      </w:r>
    </w:p>
    <w:p w14:paraId="442D6243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By signing below, I confirm that:</w:t>
      </w:r>
    </w:p>
    <w:p w14:paraId="1C1F812E" w14:textId="77777777" w:rsidR="0009514E" w:rsidRPr="00BB38FC" w:rsidRDefault="00000000">
      <w:pPr>
        <w:pStyle w:val="ListBullet"/>
        <w:rPr>
          <w:color w:val="000000" w:themeColor="text1"/>
        </w:rPr>
      </w:pPr>
      <w:r w:rsidRPr="00BB38FC">
        <w:rPr>
          <w:color w:val="000000" w:themeColor="text1"/>
        </w:rPr>
        <w:t>The information provided in this application is accurate.</w:t>
      </w:r>
    </w:p>
    <w:p w14:paraId="7FAB7735" w14:textId="77777777" w:rsidR="0009514E" w:rsidRPr="00BB38FC" w:rsidRDefault="00000000">
      <w:pPr>
        <w:pStyle w:val="ListBullet"/>
        <w:rPr>
          <w:color w:val="000000" w:themeColor="text1"/>
        </w:rPr>
      </w:pPr>
      <w:r w:rsidRPr="00BB38FC">
        <w:rPr>
          <w:color w:val="000000" w:themeColor="text1"/>
        </w:rPr>
        <w:t>The dissertation submitted is my own work.</w:t>
      </w:r>
    </w:p>
    <w:p w14:paraId="7009209D" w14:textId="3FBA6AF0" w:rsidR="0009514E" w:rsidRPr="00BB38FC" w:rsidRDefault="00000000">
      <w:pPr>
        <w:pStyle w:val="ListBullet"/>
        <w:rPr>
          <w:color w:val="000000" w:themeColor="text1"/>
        </w:rPr>
      </w:pPr>
      <w:r w:rsidRPr="00BB38FC">
        <w:rPr>
          <w:color w:val="000000" w:themeColor="text1"/>
        </w:rPr>
        <w:t xml:space="preserve">I submitted the final version of my dissertation to my institution between 1 </w:t>
      </w:r>
      <w:r w:rsidR="00CD1E68" w:rsidRPr="00BB38FC">
        <w:rPr>
          <w:color w:val="000000" w:themeColor="text1"/>
        </w:rPr>
        <w:t xml:space="preserve">May 2025 </w:t>
      </w:r>
      <w:r w:rsidRPr="00BB38FC">
        <w:rPr>
          <w:color w:val="000000" w:themeColor="text1"/>
        </w:rPr>
        <w:t>and 31 December 2026.</w:t>
      </w:r>
    </w:p>
    <w:p w14:paraId="29352AB0" w14:textId="77777777" w:rsidR="0009514E" w:rsidRPr="00BB38FC" w:rsidRDefault="00000000">
      <w:pPr>
        <w:pStyle w:val="ListBullet"/>
        <w:rPr>
          <w:color w:val="000000" w:themeColor="text1"/>
        </w:rPr>
      </w:pPr>
      <w:r w:rsidRPr="00BB38FC">
        <w:rPr>
          <w:color w:val="000000" w:themeColor="text1"/>
        </w:rPr>
        <w:t>All dissertation examination requirements, including the defence/viva and any required revisions, were completed by the date of final submission.</w:t>
      </w:r>
    </w:p>
    <w:p w14:paraId="77B35AF4" w14:textId="77777777" w:rsidR="00B07BCA" w:rsidRPr="00BB38FC" w:rsidRDefault="00000000">
      <w:pPr>
        <w:pStyle w:val="ListBullet"/>
        <w:rPr>
          <w:color w:val="000000" w:themeColor="text1"/>
        </w:rPr>
      </w:pPr>
      <w:r w:rsidRPr="00BB38FC">
        <w:rPr>
          <w:color w:val="000000" w:themeColor="text1"/>
        </w:rPr>
        <w:t>I have provided a statement declaring whether AI tools were used in preparing my dissertation and, if so, identifying each tool and model/version (where known), the tasks for which it was used, and the relevant chapters or stages of the research.</w:t>
      </w:r>
    </w:p>
    <w:p w14:paraId="36B54B9C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Applicant’s name: ________________________________________</w:t>
      </w:r>
    </w:p>
    <w:p w14:paraId="64227B02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Signature: ______________________________________________</w:t>
      </w:r>
    </w:p>
    <w:p w14:paraId="19D5E5AE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Date: __________________________________________________</w:t>
      </w:r>
    </w:p>
    <w:p w14:paraId="3DD8F18B" w14:textId="77777777" w:rsidR="00F1271C" w:rsidRPr="00BB38FC" w:rsidRDefault="00F1271C">
      <w:pPr>
        <w:rPr>
          <w:color w:val="000000" w:themeColor="text1"/>
        </w:rPr>
      </w:pPr>
    </w:p>
    <w:p w14:paraId="46B73737" w14:textId="77777777" w:rsidR="0009514E" w:rsidRPr="00BB38FC" w:rsidRDefault="00000000">
      <w:pPr>
        <w:pStyle w:val="Heading2"/>
        <w:rPr>
          <w:color w:val="000000" w:themeColor="text1"/>
          <w:sz w:val="22"/>
          <w:szCs w:val="22"/>
        </w:rPr>
      </w:pPr>
      <w:r w:rsidRPr="00BB38FC">
        <w:rPr>
          <w:color w:val="000000" w:themeColor="text1"/>
          <w:sz w:val="22"/>
          <w:szCs w:val="22"/>
        </w:rPr>
        <w:t>5. Submission Checklist</w:t>
      </w:r>
    </w:p>
    <w:p w14:paraId="7DCE0B06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Before submitting your application, please check that you have included:</w:t>
      </w:r>
    </w:p>
    <w:p w14:paraId="6489E169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☐ The completed application form, including the supporting statement of no more than two pages.</w:t>
      </w:r>
    </w:p>
    <w:p w14:paraId="18995948" w14:textId="77777777" w:rsidR="00F1271C" w:rsidRPr="00BB38FC" w:rsidRDefault="00F1271C">
      <w:pPr>
        <w:rPr>
          <w:color w:val="000000" w:themeColor="text1"/>
        </w:rPr>
      </w:pPr>
      <w:r w:rsidRPr="00BB38FC">
        <w:rPr>
          <w:rFonts w:ascii="Segoe UI Symbol" w:hAnsi="Segoe UI Symbol" w:cs="Segoe UI Symbol"/>
          <w:color w:val="000000" w:themeColor="text1"/>
        </w:rPr>
        <w:t>☐</w:t>
      </w:r>
      <w:r w:rsidRPr="00BB38FC">
        <w:rPr>
          <w:color w:val="000000" w:themeColor="text1"/>
        </w:rPr>
        <w:t xml:space="preserve">  An abstract of no more than 300 words.</w:t>
      </w:r>
    </w:p>
    <w:p w14:paraId="4E02D45B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☐ The full dissertation in its final revised form.</w:t>
      </w:r>
    </w:p>
    <w:p w14:paraId="5D997F8C" w14:textId="564FC699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☐ A signed and dated letter</w:t>
      </w:r>
      <w:r w:rsidR="00B55F88" w:rsidRPr="00BB38FC">
        <w:rPr>
          <w:color w:val="000000" w:themeColor="text1"/>
        </w:rPr>
        <w:t xml:space="preserve"> confirming submission</w:t>
      </w:r>
      <w:r w:rsidRPr="00BB38FC">
        <w:rPr>
          <w:color w:val="000000" w:themeColor="text1"/>
        </w:rPr>
        <w:t xml:space="preserve"> from your PhD advisor or supervisor confirming completion and final institutional submission.</w:t>
      </w:r>
    </w:p>
    <w:p w14:paraId="64BF0B8D" w14:textId="77777777" w:rsidR="00B07BCA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☐ I have provided a statement declaring whether AI tools were used in preparing my dissertation and, if so, identifying each tool and model/version (where known), the tasks for which it was used, and the relevant chapters or stages of the research.</w:t>
      </w:r>
    </w:p>
    <w:p w14:paraId="102B1D6E" w14:textId="77777777" w:rsidR="0009514E" w:rsidRPr="00BB38FC" w:rsidRDefault="00000000">
      <w:pPr>
        <w:pStyle w:val="Heading2"/>
        <w:rPr>
          <w:color w:val="000000" w:themeColor="text1"/>
          <w:sz w:val="22"/>
          <w:szCs w:val="22"/>
        </w:rPr>
      </w:pPr>
      <w:r w:rsidRPr="00BB38FC">
        <w:rPr>
          <w:color w:val="000000" w:themeColor="text1"/>
          <w:sz w:val="22"/>
          <w:szCs w:val="22"/>
        </w:rPr>
        <w:t>Selection and Announcement</w:t>
      </w:r>
    </w:p>
    <w:p w14:paraId="6114CC71" w14:textId="77777777" w:rsidR="0009514E" w:rsidRPr="00BB38FC" w:rsidRDefault="00000000">
      <w:pPr>
        <w:rPr>
          <w:color w:val="000000" w:themeColor="text1"/>
        </w:rPr>
      </w:pPr>
      <w:r w:rsidRPr="00BB38FC">
        <w:rPr>
          <w:color w:val="000000" w:themeColor="text1"/>
        </w:rPr>
        <w:t>Applications will be reviewed by the dissertation prize jury. The decision will be announced in May 2027.</w:t>
      </w:r>
    </w:p>
    <w:sectPr w:rsidR="0009514E" w:rsidRPr="00BB38FC" w:rsidSect="00034616">
      <w:headerReference w:type="default" r:id="rId8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7B7ED4" w14:textId="77777777" w:rsidR="00673DE0" w:rsidRDefault="00673DE0" w:rsidP="00BB38FC">
      <w:pPr>
        <w:spacing w:after="0" w:line="240" w:lineRule="auto"/>
      </w:pPr>
      <w:r>
        <w:separator/>
      </w:r>
    </w:p>
  </w:endnote>
  <w:endnote w:type="continuationSeparator" w:id="0">
    <w:p w14:paraId="23AB3B93" w14:textId="77777777" w:rsidR="00673DE0" w:rsidRDefault="00673DE0" w:rsidP="00BB3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ED0817" w14:textId="77777777" w:rsidR="00673DE0" w:rsidRDefault="00673DE0" w:rsidP="00BB38FC">
      <w:pPr>
        <w:spacing w:after="0" w:line="240" w:lineRule="auto"/>
      </w:pPr>
      <w:r>
        <w:separator/>
      </w:r>
    </w:p>
  </w:footnote>
  <w:footnote w:type="continuationSeparator" w:id="0">
    <w:p w14:paraId="6BBDAC21" w14:textId="77777777" w:rsidR="00673DE0" w:rsidRDefault="00673DE0" w:rsidP="00BB3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7F23BE" w14:textId="6717B701" w:rsidR="00BB38FC" w:rsidRDefault="00BB38FC" w:rsidP="00BB38FC">
    <w:pPr>
      <w:pStyle w:val="Header"/>
      <w:jc w:val="right"/>
    </w:pPr>
    <w:r>
      <w:rPr>
        <w:noProof/>
      </w:rPr>
      <w:drawing>
        <wp:inline distT="0" distB="0" distL="0" distR="0" wp14:anchorId="13D49F05" wp14:editId="07DB4DBC">
          <wp:extent cx="842211" cy="829344"/>
          <wp:effectExtent l="0" t="0" r="0" b="0"/>
          <wp:docPr id="18262687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268744" name="Picture 18262687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2211" cy="829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6697759">
    <w:abstractNumId w:val="8"/>
  </w:num>
  <w:num w:numId="2" w16cid:durableId="441731034">
    <w:abstractNumId w:val="6"/>
  </w:num>
  <w:num w:numId="3" w16cid:durableId="1870875862">
    <w:abstractNumId w:val="5"/>
  </w:num>
  <w:num w:numId="4" w16cid:durableId="400904919">
    <w:abstractNumId w:val="4"/>
  </w:num>
  <w:num w:numId="5" w16cid:durableId="839856627">
    <w:abstractNumId w:val="7"/>
  </w:num>
  <w:num w:numId="6" w16cid:durableId="1316496311">
    <w:abstractNumId w:val="3"/>
  </w:num>
  <w:num w:numId="7" w16cid:durableId="2147233779">
    <w:abstractNumId w:val="2"/>
  </w:num>
  <w:num w:numId="8" w16cid:durableId="1221479915">
    <w:abstractNumId w:val="1"/>
  </w:num>
  <w:num w:numId="9" w16cid:durableId="10435955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050"/>
    <w:rsid w:val="00034616"/>
    <w:rsid w:val="0006063C"/>
    <w:rsid w:val="0006321D"/>
    <w:rsid w:val="0009514E"/>
    <w:rsid w:val="000A52E8"/>
    <w:rsid w:val="0015074B"/>
    <w:rsid w:val="002606E9"/>
    <w:rsid w:val="0029639D"/>
    <w:rsid w:val="002F7028"/>
    <w:rsid w:val="00326F90"/>
    <w:rsid w:val="00493154"/>
    <w:rsid w:val="005F0709"/>
    <w:rsid w:val="00673DE0"/>
    <w:rsid w:val="00716434"/>
    <w:rsid w:val="00761817"/>
    <w:rsid w:val="00A25443"/>
    <w:rsid w:val="00A55250"/>
    <w:rsid w:val="00AA1D8D"/>
    <w:rsid w:val="00B07BCA"/>
    <w:rsid w:val="00B47730"/>
    <w:rsid w:val="00B55F88"/>
    <w:rsid w:val="00BB38FC"/>
    <w:rsid w:val="00CB0664"/>
    <w:rsid w:val="00CD1E68"/>
    <w:rsid w:val="00D420F6"/>
    <w:rsid w:val="00DB7A64"/>
    <w:rsid w:val="00E93360"/>
    <w:rsid w:val="00EE224E"/>
    <w:rsid w:val="00F1271C"/>
    <w:rsid w:val="00F568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88746C"/>
  <w14:defaultImageDpi w14:val="300"/>
  <w15:docId w15:val="{D864799A-FA4D-4A11-B3BF-A7C1BFA7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Microsoft Office User</cp:lastModifiedBy>
  <cp:revision>5</cp:revision>
  <dcterms:created xsi:type="dcterms:W3CDTF">2026-10-31T09:38:00Z</dcterms:created>
  <dcterms:modified xsi:type="dcterms:W3CDTF">2026-10-31T09:40:00Z</dcterms:modified>
  <cp:category/>
</cp:coreProperties>
</file>